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color w:val="365F91"/>
          <w:sz w:val="40"/>
          <w:szCs w:val="40"/>
          <w:lang w:val="cs-CZ"/>
        </w:rPr>
      </w:pPr>
      <w:r>
        <w:rPr>
          <w:rFonts w:ascii="Calibri Light" w:hAnsi="Calibri Light"/>
          <w:color w:val="365F91"/>
          <w:sz w:val="40"/>
          <w:szCs w:val="40"/>
          <w:lang w:val="cs-CZ"/>
        </w:rPr>
        <w:t>ŽÁDOST O POZASTAVENÍ ČLENSTVÍ</w:t>
      </w:r>
    </w:p>
    <w:p>
      <w:pPr>
        <w:pStyle w:val="Normal"/>
        <w:rPr>
          <w:rFonts w:ascii="Calibri Light" w:hAnsi="Calibri Light"/>
        </w:rPr>
      </w:pPr>
      <w:r>
        <w:rPr>
          <w:rFonts w:ascii="Calibri Light" w:hAnsi="Calibri Light"/>
          <w:lang w:val="cs-CZ"/>
        </w:rPr>
      </w:r>
    </w:p>
    <w:p>
      <w:pPr>
        <w:pStyle w:val="Normal"/>
        <w:rPr>
          <w:rFonts w:ascii="Calibri Light" w:hAnsi="Calibri Light"/>
        </w:rPr>
      </w:pPr>
      <w:r>
        <w:rPr>
          <w:rFonts w:ascii="Calibri Light" w:hAnsi="Calibri Light"/>
          <w:lang w:val="cs-CZ"/>
        </w:rPr>
      </w:r>
    </w:p>
    <w:p>
      <w:pPr>
        <w:pStyle w:val="Normal"/>
        <w:widowControl/>
        <w:bidi w:val="0"/>
        <w:spacing w:lineRule="auto" w:line="276" w:before="114" w:after="314"/>
        <w:ind w:hanging="0" w:start="-850" w:end="-737"/>
        <w:jc w:val="start"/>
        <w:rPr>
          <w:rFonts w:ascii="Calibri Light" w:hAnsi="Calibri Light"/>
          <w:lang w:val="cs-CZ"/>
        </w:rPr>
      </w:pPr>
      <w:r>
        <w:rPr>
          <w:rFonts w:ascii="Calibri Light" w:hAnsi="Calibri Light"/>
          <w:b/>
          <w:bCs/>
          <w:lang w:val="cs-CZ"/>
        </w:rPr>
        <w:t>Příjmení:</w:t>
      </w:r>
      <w:r>
        <w:rPr>
          <w:rFonts w:ascii="Calibri Light" w:hAnsi="Calibri Light"/>
          <w:b/>
          <w:lang w:val="cs-CZ"/>
        </w:rPr>
        <w:t xml:space="preserve"> ______________________________________   </w:t>
      </w:r>
      <w:r>
        <w:rPr>
          <w:rFonts w:ascii="Calibri Light" w:hAnsi="Calibri Light"/>
          <w:b/>
          <w:bCs/>
          <w:lang w:val="cs-CZ"/>
        </w:rPr>
        <w:t>Jméno:</w:t>
      </w:r>
      <w:r>
        <w:rPr>
          <w:rFonts w:ascii="Calibri Light" w:hAnsi="Calibri Light"/>
          <w:b/>
          <w:lang w:val="cs-CZ"/>
        </w:rPr>
        <w:t xml:space="preserve"> ________________________________________</w:t>
      </w:r>
    </w:p>
    <w:p>
      <w:pPr>
        <w:pStyle w:val="Normal"/>
        <w:widowControl/>
        <w:bidi w:val="0"/>
        <w:spacing w:lineRule="auto" w:line="276" w:before="114" w:after="314"/>
        <w:ind w:hanging="0" w:start="-850" w:end="-737"/>
        <w:jc w:val="start"/>
        <w:rPr>
          <w:rFonts w:ascii="Calibri Light" w:hAnsi="Calibri Light"/>
          <w:lang w:val="cs-CZ"/>
        </w:rPr>
      </w:pPr>
      <w:r>
        <w:rPr>
          <w:rFonts w:ascii="Calibri Light" w:hAnsi="Calibri Light"/>
          <w:b/>
          <w:lang w:val="cs-CZ"/>
        </w:rPr>
        <w:t xml:space="preserve">Adresa: </w:t>
      </w:r>
      <w:r>
        <w:rPr>
          <w:rFonts w:ascii="Calibri Light" w:hAnsi="Calibri Light"/>
          <w:lang w:val="cs-CZ"/>
        </w:rPr>
        <w:t xml:space="preserve">_______________________________________   </w:t>
      </w:r>
      <w:r>
        <w:rPr>
          <w:rFonts w:ascii="Calibri Light" w:hAnsi="Calibri Light"/>
          <w:b/>
          <w:lang w:val="cs-CZ"/>
        </w:rPr>
        <w:t xml:space="preserve">Město: </w:t>
      </w:r>
      <w:r>
        <w:rPr>
          <w:rFonts w:ascii="Calibri Light" w:hAnsi="Calibri Light"/>
          <w:lang w:val="cs-CZ"/>
        </w:rPr>
        <w:t>________________________________________</w:t>
      </w:r>
    </w:p>
    <w:p>
      <w:pPr>
        <w:pStyle w:val="Normal"/>
        <w:widowControl/>
        <w:bidi w:val="0"/>
        <w:spacing w:lineRule="auto" w:line="276" w:before="114" w:after="314"/>
        <w:ind w:hanging="0" w:start="-850" w:end="-737"/>
        <w:jc w:val="start"/>
        <w:rPr>
          <w:rFonts w:ascii="Calibri Light" w:hAnsi="Calibri Light"/>
          <w:lang w:val="cs-CZ"/>
        </w:rPr>
      </w:pPr>
      <w:r>
        <w:rPr>
          <w:rFonts w:ascii="Calibri Light" w:hAnsi="Calibri Light"/>
          <w:b/>
          <w:lang w:val="cs-CZ"/>
        </w:rPr>
        <w:t xml:space="preserve">PSČ: </w:t>
      </w:r>
      <w:r>
        <w:rPr>
          <w:rFonts w:ascii="Calibri Light" w:hAnsi="Calibri Light"/>
          <w:lang w:val="cs-CZ"/>
        </w:rPr>
        <w:t xml:space="preserve">__________________________________________  </w:t>
      </w:r>
      <w:r>
        <w:rPr>
          <w:rFonts w:ascii="Calibri Light" w:hAnsi="Calibri Light"/>
          <w:b/>
          <w:lang w:val="cs-CZ"/>
        </w:rPr>
        <w:t xml:space="preserve">Telefon: </w:t>
      </w:r>
      <w:r>
        <w:rPr>
          <w:rFonts w:ascii="Calibri Light" w:hAnsi="Calibri Light"/>
          <w:lang w:val="cs-CZ"/>
        </w:rPr>
        <w:t>_______________________________________</w:t>
      </w:r>
    </w:p>
    <w:p>
      <w:pPr>
        <w:pStyle w:val="Normal"/>
        <w:widowControl/>
        <w:bidi w:val="0"/>
        <w:spacing w:lineRule="auto" w:line="276" w:before="114" w:after="314"/>
        <w:ind w:hanging="0" w:start="-850" w:end="-737"/>
        <w:jc w:val="start"/>
        <w:rPr>
          <w:rFonts w:ascii="Calibri Light" w:hAnsi="Calibri Light"/>
          <w:lang w:val="cs-CZ"/>
        </w:rPr>
      </w:pPr>
      <w:r>
        <w:rPr>
          <w:rFonts w:ascii="Calibri Light" w:hAnsi="Calibri Light"/>
          <w:b/>
        </w:rPr>
        <w:t>E-mail</w:t>
      </w:r>
      <w:r>
        <w:rPr>
          <w:rFonts w:ascii="Calibri Light" w:hAnsi="Calibri Light"/>
          <w:b/>
        </w:rPr>
        <w:t>:</w:t>
      </w:r>
      <w:r>
        <w:rPr>
          <w:b/>
        </w:rPr>
        <w:t xml:space="preserve"> </w:t>
      </w:r>
      <w:r>
        <w:rPr/>
        <w:t>________________________________________</w:t>
      </w:r>
      <w:r>
        <w:rPr/>
        <w:t xml:space="preserve">______________   </w:t>
      </w:r>
      <w:r>
        <w:rPr>
          <w:rFonts w:ascii="Calibri Light" w:hAnsi="Calibri Light"/>
          <w:b/>
          <w:bCs/>
        </w:rPr>
        <w:t xml:space="preserve">Datum </w:t>
      </w:r>
      <w:r>
        <w:rPr>
          <w:rFonts w:ascii="Calibri Light" w:hAnsi="Calibri Light"/>
          <w:b/>
          <w:bCs/>
          <w:lang w:val="cs-CZ" w:eastAsia="en-US" w:bidi="ar-SA"/>
        </w:rPr>
        <w:t>narození</w:t>
      </w:r>
      <w:r>
        <w:rPr>
          <w:rFonts w:ascii="Calibri Light" w:hAnsi="Calibri Light"/>
          <w:b/>
          <w:bCs/>
          <w:lang w:val="cs-CZ"/>
        </w:rPr>
        <w:t>:</w:t>
      </w:r>
      <w:r>
        <w:rPr>
          <w:b/>
        </w:rPr>
        <w:t xml:space="preserve"> </w:t>
      </w:r>
      <w:r>
        <w:rPr/>
        <w:t>_______________________________________</w:t>
      </w:r>
      <w:r>
        <w:rPr/>
        <w:t>____</w:t>
      </w:r>
    </w:p>
    <w:p>
      <w:pPr>
        <w:pStyle w:val="Heading1"/>
        <w:spacing w:before="594" w:after="114"/>
        <w:rPr>
          <w:rFonts w:ascii="Calibri Light" w:hAnsi="Calibri Light"/>
          <w:lang w:val="cs-CZ"/>
        </w:rPr>
      </w:pPr>
      <w:r>
        <w:rPr>
          <w:rFonts w:ascii="Calibri Light" w:hAnsi="Calibri Light"/>
          <w:lang w:val="cs-CZ"/>
        </w:rPr>
      </w:r>
    </w:p>
    <w:p>
      <w:pPr>
        <w:pStyle w:val="Heading1"/>
        <w:spacing w:before="594" w:after="114"/>
        <w:rPr>
          <w:rFonts w:ascii="Calibri Light" w:hAnsi="Calibri Light"/>
          <w:lang w:val="cs-CZ"/>
        </w:rPr>
      </w:pPr>
      <w:r>
        <w:rPr>
          <w:rFonts w:ascii="Calibri Light" w:hAnsi="Calibri Light"/>
          <w:lang w:val="cs-CZ"/>
        </w:rPr>
        <w:t>Údaje o členství</w:t>
      </w:r>
    </w:p>
    <w:p>
      <w:pPr>
        <w:pStyle w:val="Normal"/>
        <w:spacing w:lineRule="auto" w:line="480" w:before="0" w:after="200"/>
        <w:rPr>
          <w:rFonts w:ascii="Calibri Light" w:hAnsi="Calibri Light"/>
          <w:lang w:val="cs-CZ"/>
        </w:rPr>
      </w:pPr>
      <w:r>
        <w:rPr>
          <w:rFonts w:ascii="Calibri Light" w:hAnsi="Calibri Light"/>
          <w:b/>
          <w:lang w:val="cs-CZ"/>
        </w:rPr>
        <w:t>P</w:t>
      </w:r>
      <w:r>
        <w:rPr>
          <w:rFonts w:ascii="Calibri Light" w:hAnsi="Calibri Light"/>
          <w:b/>
          <w:lang w:val="cs-CZ"/>
        </w:rPr>
        <w:t>ozastavení permanentky</w:t>
      </w:r>
      <w:r>
        <w:rPr>
          <w:rFonts w:ascii="Calibri Light" w:hAnsi="Calibri Light"/>
          <w:b/>
          <w:lang w:val="cs-CZ"/>
        </w:rPr>
        <w:t xml:space="preserve"> od: </w:t>
      </w:r>
      <w:r>
        <w:rPr>
          <w:rFonts w:ascii="Calibri Light" w:hAnsi="Calibri Light"/>
          <w:lang w:val="cs-CZ"/>
        </w:rPr>
        <w:t>______________</w:t>
      </w:r>
      <w:r>
        <w:rPr>
          <w:rFonts w:ascii="Calibri Light" w:hAnsi="Calibri Light"/>
          <w:lang w:val="cs-CZ"/>
        </w:rPr>
        <w:t xml:space="preserve">________     </w:t>
      </w:r>
      <w:r>
        <w:rPr>
          <w:rFonts w:ascii="Calibri Light" w:hAnsi="Calibri Light"/>
          <w:b/>
          <w:bCs/>
          <w:lang w:val="cs-CZ"/>
        </w:rPr>
        <w:t>do:</w:t>
      </w:r>
      <w:r>
        <w:rPr>
          <w:rFonts w:ascii="Calibri Light" w:hAnsi="Calibri Light"/>
          <w:lang w:val="cs-CZ"/>
        </w:rPr>
        <w:t>_______________________</w:t>
      </w:r>
    </w:p>
    <w:p>
      <w:pPr>
        <w:pStyle w:val="Normal"/>
        <w:spacing w:before="0" w:after="200"/>
        <w:rPr>
          <w:rFonts w:ascii="Calibri Light" w:hAnsi="Calibri Light"/>
          <w:lang w:val="cs-CZ"/>
        </w:rPr>
      </w:pPr>
      <w:r>
        <w:rPr/>
      </w:r>
    </w:p>
    <w:p>
      <w:pPr>
        <w:pStyle w:val="Normal"/>
        <w:rPr>
          <w:rFonts w:ascii="Calibri Light" w:hAnsi="Calibri Light"/>
          <w:lang w:val="cs-CZ"/>
        </w:rPr>
      </w:pPr>
      <w:r>
        <w:rPr>
          <w:rFonts w:ascii="Calibri Light" w:hAnsi="Calibri Light"/>
          <w:sz w:val="24"/>
          <w:szCs w:val="24"/>
          <w:lang w:val="cs-CZ"/>
        </w:rPr>
      </w:r>
    </w:p>
    <w:p>
      <w:pPr>
        <w:pStyle w:val="BodyText"/>
        <w:rPr>
          <w:rFonts w:ascii="Calibri Light" w:hAnsi="Calibri Light"/>
          <w:sz w:val="24"/>
          <w:szCs w:val="24"/>
          <w:lang w:val="cs-CZ"/>
        </w:rPr>
      </w:pPr>
      <w:r>
        <w:rPr>
          <w:rFonts w:ascii="Calibri Light" w:hAnsi="Calibri Light"/>
          <w:sz w:val="24"/>
          <w:szCs w:val="24"/>
          <w:lang w:val="cs-CZ"/>
        </w:rPr>
      </w:r>
    </w:p>
    <w:p>
      <w:pPr>
        <w:pStyle w:val="Normal"/>
        <w:rPr>
          <w:rFonts w:ascii="Calibri Light" w:hAnsi="Calibri Light"/>
          <w:b/>
          <w:lang w:val="cs-CZ"/>
        </w:rPr>
      </w:pPr>
      <w:r>
        <w:rPr>
          <w:rFonts w:ascii="Calibri Light" w:hAnsi="Calibri Light"/>
          <w:b/>
          <w:lang w:val="cs-CZ"/>
        </w:rPr>
      </w:r>
    </w:p>
    <w:p>
      <w:pPr>
        <w:pStyle w:val="Normal"/>
        <w:rPr>
          <w:rFonts w:ascii="Calibri Light" w:hAnsi="Calibri Light"/>
          <w:b/>
          <w:lang w:val="cs-CZ"/>
        </w:rPr>
      </w:pPr>
      <w:r>
        <w:rPr>
          <w:rFonts w:ascii="Calibri Light" w:hAnsi="Calibri Light"/>
          <w:b/>
          <w:lang w:val="cs-CZ"/>
        </w:rPr>
      </w:r>
    </w:p>
    <w:p>
      <w:pPr>
        <w:pStyle w:val="Normal"/>
        <w:rPr>
          <w:rFonts w:ascii="Calibri Light" w:hAnsi="Calibri Light"/>
          <w:b/>
          <w:lang w:val="cs-CZ"/>
        </w:rPr>
      </w:pPr>
      <w:r>
        <w:rPr>
          <w:rFonts w:ascii="Calibri Light" w:hAnsi="Calibri Light"/>
          <w:b/>
          <w:lang w:val="cs-CZ"/>
        </w:rPr>
      </w:r>
    </w:p>
    <w:p>
      <w:pPr>
        <w:pStyle w:val="Normal"/>
        <w:widowControl/>
        <w:bidi w:val="0"/>
        <w:spacing w:lineRule="auto" w:line="276" w:before="0" w:after="200"/>
        <w:ind w:hanging="0" w:start="-850" w:end="-737"/>
        <w:jc w:val="start"/>
        <w:rPr>
          <w:rFonts w:ascii="Calibri Light" w:hAnsi="Calibri Light"/>
          <w:b/>
          <w:lang w:val="cs-CZ"/>
        </w:rPr>
      </w:pPr>
      <w:r>
        <w:rPr>
          <w:rFonts w:ascii="Calibri Light" w:hAnsi="Calibri Light"/>
          <w:b/>
          <w:lang w:val="cs-CZ"/>
        </w:rPr>
        <w:t>_____________________     ________________________________     ___________________________________</w:t>
      </w:r>
    </w:p>
    <w:p>
      <w:pPr>
        <w:pStyle w:val="Normal"/>
        <w:widowControl/>
        <w:bidi w:val="0"/>
        <w:spacing w:lineRule="auto" w:line="276" w:before="0" w:after="200"/>
        <w:ind w:hanging="0" w:start="-850" w:end="0"/>
        <w:jc w:val="start"/>
        <w:rPr>
          <w:rFonts w:ascii="Calibri Light" w:hAnsi="Calibri Light"/>
          <w:lang w:val="cs-CZ"/>
        </w:rPr>
      </w:pPr>
      <w:r>
        <w:rPr>
          <w:rFonts w:ascii="Calibri Light" w:hAnsi="Calibri Light"/>
          <w:b/>
          <w:lang w:val="cs-CZ"/>
        </w:rPr>
        <w:t xml:space="preserve">               </w:t>
      </w:r>
      <w:r>
        <w:rPr>
          <w:rFonts w:ascii="Calibri Light" w:hAnsi="Calibri Light"/>
          <w:b/>
          <w:lang w:val="cs-CZ"/>
        </w:rPr>
        <w:t>Datum:</w:t>
      </w:r>
      <w:r>
        <w:rPr>
          <w:rFonts w:ascii="Calibri Light" w:hAnsi="Calibri Light"/>
          <w:lang w:val="cs-CZ"/>
        </w:rPr>
        <w:t xml:space="preserve">                                              </w:t>
      </w:r>
      <w:r>
        <w:rPr>
          <w:rFonts w:ascii="Calibri Light" w:hAnsi="Calibri Light"/>
          <w:b/>
          <w:lang w:val="cs-CZ"/>
        </w:rPr>
        <w:t xml:space="preserve">Podpis žadatele:                                           Podpis (Buprko s.r.o.): </w:t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mbria"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ourier">
    <w:altName w:val="Courier New"/>
    <w:charset w:val="ee" w:characterSet="windows-1250"/>
    <w:family w:val="roman"/>
    <w:pitch w:val="variable"/>
  </w:font>
  <w:font w:name="OpenSymbol">
    <w:altName w:val="Arial Unicode MS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Calibri Light">
    <w:charset w:val="ee" w:characterSet="windows-1250"/>
    <w:family w:val="swiss"/>
    <w:pitch w:val="variable"/>
  </w:font>
  <w:font w:name="Calibri Light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character" w:styleId="Odrky">
    <w:name w:val="Odrážky"/>
    <w:qFormat/>
    <w:rPr>
      <w:rFonts w:ascii="OpenSymbol" w:hAnsi="OpenSymbol" w:eastAsia="OpenSymbol" w:cs="OpenSymbol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Lucida Sans"/>
    </w:rPr>
  </w:style>
  <w:style w:type="paragraph" w:styleId="Zhlavazpat">
    <w:name w:val="Záhlaví a zápatí"/>
    <w:basedOn w:val="Normal"/>
    <w:qFormat/>
    <w:pPr/>
    <w:rPr/>
  </w:style>
  <w:style w:type="paragraph" w:styleId="Zhlavazpatuser">
    <w:name w:val="Záhlaví a zápatí (user)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star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Nadpis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Bezseznamu" w:default="1">
    <w:name w:val="Bez seznamu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Application>LibreOffice/25.8.5.2$Windows_X86_64 LibreOffice_project/9c8b85f387cc00a89945a79c9e6239f32e450ac2</Application>
  <AppVersion>15.0000</AppVersion>
  <Pages>1</Pages>
  <Words>38</Words>
  <Characters>639</Characters>
  <CharactersWithSpaces>790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cs-CZ</dc:language>
  <cp:lastModifiedBy/>
  <dcterms:modified xsi:type="dcterms:W3CDTF">2026-04-08T10:23:06Z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