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0" w:after="0"/>
        <w:jc w:val="center"/>
        <w:rPr>
          <w:rFonts w:ascii="Calibri Light" w:hAnsi="Calibri Light"/>
          <w:sz w:val="40"/>
          <w:szCs w:val="40"/>
          <w:lang w:val="cs-CZ"/>
        </w:rPr>
      </w:pPr>
      <w:r>
        <w:rPr>
          <w:rFonts w:ascii="Calibri Light" w:hAnsi="Calibri Light"/>
          <w:sz w:val="40"/>
          <w:szCs w:val="40"/>
          <w:lang w:val="cs-CZ"/>
        </w:rPr>
        <w:t>SOUHLAS ZÁKONNÉHO ZÁSTUPCE</w:t>
      </w:r>
    </w:p>
    <w:p>
      <w:pPr>
        <w:pStyle w:val="Normal"/>
        <w:rPr>
          <w:rFonts w:ascii="Calibri Light" w:hAnsi="Calibri Light"/>
        </w:rPr>
      </w:pPr>
      <w:r>
        <w:rPr>
          <w:rFonts w:ascii="Calibri Light" w:hAnsi="Calibri Light"/>
        </w:rPr>
      </w:r>
    </w:p>
    <w:p>
      <w:pPr>
        <w:pStyle w:val="Normal"/>
        <w:rPr>
          <w:rFonts w:ascii="Calibri Light" w:hAnsi="Calibri Light"/>
        </w:rPr>
      </w:pPr>
      <w:r>
        <w:rPr>
          <w:rFonts w:ascii="Calibri Light" w:hAnsi="Calibri Light"/>
        </w:rPr>
      </w:r>
    </w:p>
    <w:p>
      <w:pPr>
        <w:pStyle w:val="Heading1"/>
        <w:spacing w:lineRule="auto" w:line="240" w:before="138" w:after="57"/>
        <w:rPr/>
      </w:pPr>
      <w:r>
        <w:rPr>
          <w:rFonts w:ascii="Calibri Light" w:hAnsi="Calibri Light"/>
          <w:lang w:val="cs-CZ"/>
        </w:rPr>
        <w:t xml:space="preserve">Osobní údaje </w:t>
      </w:r>
      <w:r>
        <w:rPr>
          <w:rFonts w:ascii="Calibri Light" w:hAnsi="Calibri Light"/>
          <w:lang w:val="cs-CZ"/>
        </w:rPr>
        <w:t>NEZLETILÉHO</w:t>
      </w:r>
    </w:p>
    <w:p>
      <w:pPr>
        <w:pStyle w:val="Normal"/>
        <w:spacing w:lineRule="auto" w:line="240" w:before="138" w:after="57"/>
        <w:rPr>
          <w:rFonts w:ascii="Calibri Light" w:hAnsi="Calibri Light"/>
          <w:lang w:val="cs-CZ"/>
        </w:rPr>
      </w:pPr>
      <w:r>
        <w:rPr>
          <w:rFonts w:ascii="Calibri Light" w:hAnsi="Calibri Light"/>
          <w:lang w:val="cs-CZ"/>
        </w:rPr>
      </w:r>
    </w:p>
    <w:p>
      <w:pPr>
        <w:pStyle w:val="Normal"/>
        <w:widowControl/>
        <w:bidi w:val="0"/>
        <w:spacing w:lineRule="auto" w:line="276" w:before="114" w:after="314"/>
        <w:ind w:hanging="0" w:start="-850" w:end="-737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>Příjmení: ______________________________________   Jméno: ________________________________________</w:t>
      </w:r>
    </w:p>
    <w:p>
      <w:pPr>
        <w:pStyle w:val="Normal"/>
        <w:widowControl/>
        <w:bidi w:val="0"/>
        <w:spacing w:lineRule="auto" w:line="276" w:before="114" w:after="314"/>
        <w:ind w:hanging="0" w:start="-850" w:end="-737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 xml:space="preserve">Adresa: </w:t>
      </w:r>
      <w:r>
        <w:rPr>
          <w:rFonts w:ascii="Calibri Light" w:hAnsi="Calibri Light"/>
          <w:lang w:val="cs-CZ"/>
        </w:rPr>
        <w:t xml:space="preserve">_______________________________________   </w:t>
      </w:r>
      <w:r>
        <w:rPr>
          <w:rFonts w:ascii="Calibri Light" w:hAnsi="Calibri Light"/>
          <w:b/>
          <w:lang w:val="cs-CZ"/>
        </w:rPr>
        <w:t xml:space="preserve">Město: </w:t>
      </w:r>
      <w:r>
        <w:rPr>
          <w:rFonts w:ascii="Calibri Light" w:hAnsi="Calibri Light"/>
          <w:lang w:val="cs-CZ"/>
        </w:rPr>
        <w:t>________________________________________</w:t>
      </w:r>
    </w:p>
    <w:p>
      <w:pPr>
        <w:pStyle w:val="Normal"/>
        <w:widowControl/>
        <w:bidi w:val="0"/>
        <w:spacing w:lineRule="auto" w:line="276" w:before="114" w:after="314"/>
        <w:ind w:hanging="0" w:start="-850" w:end="-737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 xml:space="preserve">PSČ: </w:t>
      </w:r>
      <w:r>
        <w:rPr>
          <w:rFonts w:ascii="Calibri Light" w:hAnsi="Calibri Light"/>
          <w:lang w:val="cs-CZ"/>
        </w:rPr>
        <w:t xml:space="preserve">__________________________________________  </w:t>
      </w:r>
      <w:r>
        <w:rPr>
          <w:rFonts w:ascii="Calibri Light" w:hAnsi="Calibri Light"/>
          <w:b/>
          <w:lang w:val="cs-CZ"/>
        </w:rPr>
        <w:t xml:space="preserve">Telefon: </w:t>
      </w:r>
      <w:r>
        <w:rPr>
          <w:rFonts w:ascii="Calibri Light" w:hAnsi="Calibri Light"/>
          <w:lang w:val="cs-CZ"/>
        </w:rPr>
        <w:t>_______________________________________</w:t>
      </w:r>
    </w:p>
    <w:p>
      <w:pPr>
        <w:pStyle w:val="Normal"/>
        <w:widowControl/>
        <w:bidi w:val="0"/>
        <w:spacing w:lineRule="auto" w:line="360" w:before="114" w:after="314"/>
        <w:ind w:hanging="0" w:start="-850" w:end="-737"/>
        <w:jc w:val="start"/>
        <w:rPr>
          <w:lang w:val="cs-CZ" w:eastAsia="en-US" w:bidi="ar-SA"/>
        </w:rPr>
      </w:pPr>
      <w:r>
        <w:rPr>
          <w:rFonts w:ascii="Calibri Light" w:hAnsi="Calibri Light"/>
          <w:b/>
          <w:lang w:val="cs-CZ" w:eastAsia="en-US" w:bidi="ar-SA"/>
        </w:rPr>
        <w:t>E-mail</w:t>
      </w:r>
      <w:r>
        <w:rPr>
          <w:rFonts w:ascii="Calibri Light" w:hAnsi="Calibri Light"/>
          <w:b/>
          <w:lang w:val="cs-CZ" w:eastAsia="en-US" w:bidi="ar-SA"/>
        </w:rPr>
        <w:t>:</w:t>
      </w:r>
      <w:r>
        <w:rPr>
          <w:b/>
          <w:lang w:val="cs-CZ" w:eastAsia="en-US" w:bidi="ar-SA"/>
        </w:rPr>
        <w:t xml:space="preserve"> </w:t>
      </w:r>
      <w:r>
        <w:rPr>
          <w:lang w:val="cs-CZ" w:eastAsia="en-US" w:bidi="ar-SA"/>
        </w:rPr>
        <w:t>__________________________________________</w:t>
      </w:r>
      <w:r>
        <w:rPr>
          <w:lang w:val="cs-CZ" w:eastAsia="en-US" w:bidi="ar-SA"/>
        </w:rPr>
        <w:t xml:space="preserve">____________  </w:t>
      </w:r>
      <w:r>
        <w:rPr>
          <w:rFonts w:ascii="Calibri Light" w:hAnsi="Calibri Light"/>
          <w:b/>
          <w:bCs/>
          <w:lang w:val="cs-CZ" w:eastAsia="en-US" w:bidi="ar-SA"/>
        </w:rPr>
        <w:t>Datum narození</w:t>
      </w:r>
      <w:r>
        <w:rPr>
          <w:rFonts w:ascii="Calibri Light" w:hAnsi="Calibri Light"/>
          <w:b/>
          <w:bCs/>
          <w:lang w:val="cs-CZ" w:eastAsia="en-US" w:bidi="ar-SA"/>
        </w:rPr>
        <w:t xml:space="preserve">: </w:t>
      </w:r>
      <w:r>
        <w:rPr>
          <w:lang w:val="cs-CZ" w:eastAsia="en-US" w:bidi="ar-SA"/>
        </w:rPr>
        <w:t>_______________________________________</w:t>
      </w:r>
      <w:r>
        <w:rPr>
          <w:lang w:val="cs-CZ" w:eastAsia="en-US" w:bidi="ar-SA"/>
        </w:rPr>
        <w:t>____</w:t>
      </w:r>
    </w:p>
    <w:p>
      <w:pPr>
        <w:pStyle w:val="Normal"/>
        <w:widowControl/>
        <w:suppressAutoHyphens w:val="true"/>
        <w:bidi w:val="0"/>
        <w:spacing w:lineRule="auto" w:line="240" w:before="171" w:after="257"/>
        <w:ind w:hanging="0" w:start="-850" w:end="0"/>
        <w:jc w:val="start"/>
        <w:rPr/>
      </w:pPr>
      <w:r>
        <w:rPr>
          <w:rFonts w:ascii="Calibri Light" w:hAnsi="Calibri Light"/>
          <w:b/>
          <w:bCs/>
          <w:lang w:val="cs-CZ"/>
        </w:rPr>
        <w:t xml:space="preserve">Pohlaví:            </w:t>
      </w:r>
      <w:r>
        <w:rPr/>
        <w:t>☐ žena            ☐ muž</w:t>
      </w:r>
    </w:p>
    <w:p>
      <w:pPr>
        <w:pStyle w:val="Normal"/>
        <w:widowControl/>
        <w:suppressAutoHyphens w:val="true"/>
        <w:bidi w:val="0"/>
        <w:spacing w:lineRule="auto" w:line="240" w:before="171" w:after="257"/>
        <w:ind w:hanging="0" w:start="-850" w:end="0"/>
        <w:jc w:val="start"/>
        <w:rPr/>
      </w:pPr>
      <w:r>
        <w:rPr/>
      </w:r>
    </w:p>
    <w:p>
      <w:pPr>
        <w:pStyle w:val="Heading1"/>
        <w:spacing w:lineRule="auto" w:line="240" w:before="138" w:after="57"/>
        <w:rPr/>
      </w:pPr>
      <w:r>
        <w:rPr>
          <w:rFonts w:ascii="Calibri Light" w:hAnsi="Calibri Light"/>
          <w:lang w:val="cs-CZ"/>
        </w:rPr>
        <w:t xml:space="preserve">Osobní údaje </w:t>
      </w:r>
      <w:r>
        <w:rPr>
          <w:rFonts w:ascii="Calibri Light" w:hAnsi="Calibri Light"/>
          <w:lang w:val="cs-CZ"/>
        </w:rPr>
        <w:t>ZÁKONNÉHO ZÁSTUPCE</w:t>
      </w:r>
    </w:p>
    <w:p>
      <w:pPr>
        <w:pStyle w:val="Normal"/>
        <w:spacing w:lineRule="auto" w:line="240" w:before="138" w:after="57"/>
        <w:rPr>
          <w:rFonts w:ascii="Calibri Light" w:hAnsi="Calibri Light"/>
          <w:lang w:val="cs-CZ"/>
        </w:rPr>
      </w:pPr>
      <w:r>
        <w:rPr>
          <w:rFonts w:ascii="Calibri Light" w:hAnsi="Calibri Light"/>
          <w:lang w:val="cs-CZ"/>
        </w:rPr>
      </w:r>
    </w:p>
    <w:p>
      <w:pPr>
        <w:pStyle w:val="Normal"/>
        <w:widowControl/>
        <w:bidi w:val="0"/>
        <w:spacing w:lineRule="auto" w:line="276" w:before="114" w:after="314"/>
        <w:ind w:hanging="0" w:start="-850" w:end="-737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>Příjmení: ______________________________________   Jméno: ________________________________________</w:t>
      </w:r>
    </w:p>
    <w:p>
      <w:pPr>
        <w:pStyle w:val="Normal"/>
        <w:widowControl/>
        <w:bidi w:val="0"/>
        <w:spacing w:lineRule="auto" w:line="276" w:before="114" w:after="314"/>
        <w:ind w:hanging="0" w:start="-850" w:end="-737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 xml:space="preserve">Adresa: </w:t>
      </w:r>
      <w:r>
        <w:rPr>
          <w:rFonts w:ascii="Calibri Light" w:hAnsi="Calibri Light"/>
          <w:lang w:val="cs-CZ"/>
        </w:rPr>
        <w:t xml:space="preserve">_______________________________________   </w:t>
      </w:r>
      <w:r>
        <w:rPr>
          <w:rFonts w:ascii="Calibri Light" w:hAnsi="Calibri Light"/>
          <w:b/>
          <w:lang w:val="cs-CZ"/>
        </w:rPr>
        <w:t xml:space="preserve">Město: </w:t>
      </w:r>
      <w:r>
        <w:rPr>
          <w:rFonts w:ascii="Calibri Light" w:hAnsi="Calibri Light"/>
          <w:lang w:val="cs-CZ"/>
        </w:rPr>
        <w:t>________________________________________</w:t>
      </w:r>
    </w:p>
    <w:p>
      <w:pPr>
        <w:pStyle w:val="Normal"/>
        <w:widowControl/>
        <w:bidi w:val="0"/>
        <w:spacing w:lineRule="auto" w:line="276" w:before="114" w:after="314"/>
        <w:ind w:hanging="0" w:start="-850" w:end="-737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 xml:space="preserve">PSČ: </w:t>
      </w:r>
      <w:r>
        <w:rPr>
          <w:rFonts w:ascii="Calibri Light" w:hAnsi="Calibri Light"/>
          <w:lang w:val="cs-CZ"/>
        </w:rPr>
        <w:t xml:space="preserve">__________________________________________  </w:t>
      </w:r>
      <w:r>
        <w:rPr>
          <w:rFonts w:ascii="Calibri Light" w:hAnsi="Calibri Light"/>
          <w:b/>
          <w:lang w:val="cs-CZ"/>
        </w:rPr>
        <w:t xml:space="preserve">Telefon: </w:t>
      </w:r>
      <w:r>
        <w:rPr>
          <w:rFonts w:ascii="Calibri Light" w:hAnsi="Calibri Light"/>
          <w:lang w:val="cs-CZ"/>
        </w:rPr>
        <w:t>_______________________________________</w:t>
      </w:r>
    </w:p>
    <w:p>
      <w:pPr>
        <w:pStyle w:val="Normal"/>
        <w:widowControl/>
        <w:bidi w:val="0"/>
        <w:spacing w:lineRule="auto" w:line="360" w:before="114" w:after="314"/>
        <w:ind w:hanging="0" w:start="-850" w:end="-737"/>
        <w:jc w:val="start"/>
        <w:rPr>
          <w:lang w:val="cs-CZ" w:eastAsia="en-US" w:bidi="ar-SA"/>
        </w:rPr>
      </w:pPr>
      <w:r>
        <w:rPr>
          <w:rFonts w:ascii="Calibri Light" w:hAnsi="Calibri Light"/>
          <w:b/>
          <w:lang w:val="cs-CZ" w:eastAsia="en-US" w:bidi="ar-SA"/>
        </w:rPr>
        <w:t>E-mail</w:t>
      </w:r>
      <w:r>
        <w:rPr>
          <w:rFonts w:ascii="Calibri Light" w:hAnsi="Calibri Light"/>
          <w:b/>
          <w:lang w:val="cs-CZ" w:eastAsia="en-US" w:bidi="ar-SA"/>
        </w:rPr>
        <w:t>:</w:t>
      </w:r>
      <w:r>
        <w:rPr>
          <w:b/>
          <w:lang w:val="cs-CZ" w:eastAsia="en-US" w:bidi="ar-SA"/>
        </w:rPr>
        <w:t xml:space="preserve"> </w:t>
      </w:r>
      <w:r>
        <w:rPr>
          <w:lang w:val="cs-CZ" w:eastAsia="en-US" w:bidi="ar-SA"/>
        </w:rPr>
        <w:t>__________________________________________</w:t>
      </w:r>
      <w:r>
        <w:rPr>
          <w:lang w:val="cs-CZ" w:eastAsia="en-US" w:bidi="ar-SA"/>
        </w:rPr>
        <w:t xml:space="preserve">____________  </w:t>
      </w:r>
      <w:r>
        <w:rPr>
          <w:rFonts w:ascii="Calibri Light" w:hAnsi="Calibri Light"/>
          <w:b/>
          <w:bCs/>
          <w:lang w:val="cs-CZ" w:eastAsia="en-US" w:bidi="ar-SA"/>
        </w:rPr>
        <w:t>Datum narození</w:t>
      </w:r>
      <w:r>
        <w:rPr>
          <w:rFonts w:ascii="Calibri Light" w:hAnsi="Calibri Light"/>
          <w:b/>
          <w:bCs/>
          <w:lang w:val="cs-CZ" w:eastAsia="en-US" w:bidi="ar-SA"/>
        </w:rPr>
        <w:t xml:space="preserve">: </w:t>
      </w:r>
      <w:r>
        <w:rPr>
          <w:lang w:val="cs-CZ" w:eastAsia="en-US" w:bidi="ar-SA"/>
        </w:rPr>
        <w:t>_______________________________________</w:t>
      </w:r>
      <w:r>
        <w:rPr>
          <w:lang w:val="cs-CZ" w:eastAsia="en-US" w:bidi="ar-SA"/>
        </w:rPr>
        <w:t>____</w:t>
      </w:r>
    </w:p>
    <w:p>
      <w:pPr>
        <w:pStyle w:val="Normal"/>
        <w:widowControl/>
        <w:suppressAutoHyphens w:val="true"/>
        <w:bidi w:val="0"/>
        <w:spacing w:lineRule="auto" w:line="240" w:before="171" w:after="257"/>
        <w:ind w:hanging="0" w:start="-850" w:end="0"/>
        <w:jc w:val="start"/>
        <w:rPr/>
      </w:pPr>
      <w:r>
        <w:rPr>
          <w:b/>
          <w:bCs/>
        </w:rPr>
        <w:t xml:space="preserve">Pohlaví:            </w:t>
      </w:r>
      <w:r>
        <w:rPr/>
        <w:t>☐ žena            ☐ muž</w:t>
      </w:r>
    </w:p>
    <w:p>
      <w:pPr>
        <w:pStyle w:val="Normal"/>
        <w:widowControl/>
        <w:suppressAutoHyphens w:val="true"/>
        <w:bidi w:val="0"/>
        <w:spacing w:lineRule="auto" w:line="240" w:before="171" w:after="257"/>
        <w:ind w:hanging="0" w:start="-850" w:end="0"/>
        <w:jc w:val="start"/>
        <w:rPr>
          <w:rFonts w:ascii="Calibri Light" w:hAnsi="Calibri Light"/>
          <w:lang w:val="cs-CZ"/>
        </w:rPr>
      </w:pPr>
      <w:r>
        <w:rPr/>
      </w:r>
    </w:p>
    <w:p>
      <w:pPr>
        <w:pStyle w:val="Heading1"/>
        <w:rPr>
          <w:rFonts w:ascii="Calibri Light" w:hAnsi="Calibri Light"/>
          <w:color w:val="365F91"/>
          <w:lang w:val="cs-CZ"/>
        </w:rPr>
      </w:pPr>
      <w:r>
        <w:rPr>
          <w:rFonts w:ascii="Calibri Light" w:hAnsi="Calibri Light"/>
          <w:color w:val="365F91"/>
          <w:lang w:val="cs-CZ"/>
        </w:rPr>
        <w:t>Prohlášení</w:t>
      </w:r>
    </w:p>
    <w:p>
      <w:pPr>
        <w:pStyle w:val="BodyText"/>
        <w:jc w:val="start"/>
        <w:rPr>
          <w:rFonts w:ascii="Calibri Light" w:hAnsi="Calibri Light"/>
          <w:sz w:val="22"/>
          <w:szCs w:val="22"/>
          <w:lang w:val="cs-CZ" w:eastAsia="en-US" w:bidi="ar-SA"/>
        </w:rPr>
      </w:pPr>
      <w:r>
        <w:rPr>
          <w:rFonts w:ascii="Calibri Light" w:hAnsi="Calibri Light"/>
          <w:sz w:val="22"/>
          <w:szCs w:val="22"/>
          <w:lang w:val="cs-CZ" w:eastAsia="en-US" w:bidi="ar-SA"/>
        </w:rPr>
        <w:t xml:space="preserve">Prohlašuji, že jsem se detailně seznámil/a s pravidly a provozními podmínkami tělovýchovného a relaxačního zařízení </w:t>
      </w:r>
      <w:r>
        <w:rPr>
          <w:rFonts w:ascii="Calibri Light" w:hAnsi="Calibri Light"/>
          <w:sz w:val="22"/>
          <w:szCs w:val="22"/>
          <w:lang w:val="cs-CZ" w:eastAsia="en-US" w:bidi="ar-SA"/>
        </w:rPr>
        <w:t>Sypatch gym Fitness</w:t>
      </w:r>
      <w:r>
        <w:rPr>
          <w:rFonts w:ascii="Calibri Light" w:hAnsi="Calibri Light"/>
          <w:sz w:val="22"/>
          <w:szCs w:val="22"/>
          <w:lang w:val="cs-CZ" w:eastAsia="en-US" w:bidi="ar-SA"/>
        </w:rPr>
        <w:t xml:space="preserve"> společnosti Buprko s. r. o. a že jsem s těmito pravidly náležitě obeznámil/a i své nezletilé dítě.</w:t>
      </w:r>
    </w:p>
    <w:p>
      <w:pPr>
        <w:pStyle w:val="BodyText"/>
        <w:rPr>
          <w:rFonts w:ascii="Calibri Light" w:hAnsi="Calibri Light"/>
          <w:sz w:val="22"/>
          <w:szCs w:val="22"/>
          <w:lang w:val="cs-CZ" w:eastAsia="en-US" w:bidi="ar-SA"/>
        </w:rPr>
      </w:pPr>
      <w:r>
        <w:rPr>
          <w:rFonts w:ascii="Calibri Light" w:hAnsi="Calibri Light"/>
          <w:sz w:val="22"/>
          <w:szCs w:val="22"/>
          <w:lang w:val="cs-CZ" w:eastAsia="en-US" w:bidi="ar-SA"/>
        </w:rPr>
        <w:t>Jsem si vědom/a, že využívání služeb společnosti je standardně určeno osobám starším 15 let, a současně beru na vědomí možná zdravotní i bezpečnostní rizika spojená s těmito aktivitami. Přijímám odpovědnost za případné následky, zejména za újmu na zdraví dítěte nebo škody způsobené na majetku provozovatele v souvislosti s jeho činností.</w:t>
      </w:r>
    </w:p>
    <w:p>
      <w:pPr>
        <w:pStyle w:val="BodyText"/>
        <w:rPr>
          <w:rFonts w:ascii="Calibri Light" w:hAnsi="Calibri Light"/>
          <w:sz w:val="22"/>
          <w:szCs w:val="22"/>
          <w:lang w:val="cs-CZ" w:eastAsia="en-US" w:bidi="ar-SA"/>
        </w:rPr>
      </w:pPr>
      <w:r>
        <w:rPr>
          <w:rFonts w:ascii="Calibri Light" w:hAnsi="Calibri Light"/>
          <w:sz w:val="22"/>
          <w:szCs w:val="22"/>
          <w:lang w:val="cs-CZ" w:eastAsia="en-US" w:bidi="ar-SA"/>
        </w:rPr>
        <w:t>Souhlasím také s tím, že společnost Buprko s. r. o. zpracovává mé osobní údaje v postavení zákonného zástupce nezletilého, a to za účelem uzavření smlouvy, její správy a plnění zákonných povinností.</w:t>
      </w:r>
    </w:p>
    <w:p>
      <w:pPr>
        <w:pStyle w:val="BodyText"/>
        <w:rPr>
          <w:rFonts w:ascii="Calibri Light" w:hAnsi="Calibri Light"/>
          <w:sz w:val="22"/>
          <w:szCs w:val="22"/>
          <w:lang w:val="cs-CZ" w:eastAsia="en-US" w:bidi="ar-SA"/>
        </w:rPr>
      </w:pPr>
      <w:r>
        <w:rPr>
          <w:rFonts w:ascii="Calibri Light" w:hAnsi="Calibri Light"/>
          <w:sz w:val="22"/>
          <w:szCs w:val="22"/>
          <w:lang w:val="cs-CZ" w:eastAsia="en-US" w:bidi="ar-SA"/>
        </w:rPr>
      </w:r>
    </w:p>
    <w:p>
      <w:pPr>
        <w:pStyle w:val="BodyText"/>
        <w:rPr>
          <w:rFonts w:ascii="Calibri Light" w:hAnsi="Calibri Light"/>
          <w:sz w:val="24"/>
          <w:szCs w:val="24"/>
          <w:lang w:val="cs-CZ"/>
        </w:rPr>
      </w:pPr>
      <w:r>
        <w:rPr>
          <w:rFonts w:ascii="Calibri Light" w:hAnsi="Calibri Light"/>
          <w:sz w:val="24"/>
          <w:szCs w:val="24"/>
          <w:lang w:val="cs-CZ"/>
        </w:rPr>
      </w:r>
    </w:p>
    <w:p>
      <w:pPr>
        <w:pStyle w:val="Normal"/>
        <w:rPr>
          <w:rFonts w:ascii="Calibri Light" w:hAnsi="Calibri Light"/>
          <w:b/>
          <w:lang w:val="cs-CZ"/>
        </w:rPr>
      </w:pPr>
      <w:r>
        <w:rPr>
          <w:rFonts w:ascii="Calibri Light" w:hAnsi="Calibri Light"/>
          <w:b/>
          <w:lang w:val="cs-CZ"/>
        </w:rPr>
      </w:r>
    </w:p>
    <w:p>
      <w:pPr>
        <w:pStyle w:val="Normal"/>
        <w:rPr>
          <w:rFonts w:ascii="Calibri Light" w:hAnsi="Calibri Light"/>
          <w:b/>
          <w:lang w:val="cs-CZ"/>
        </w:rPr>
      </w:pPr>
      <w:r>
        <w:rPr>
          <w:rFonts w:ascii="Calibri Light" w:hAnsi="Calibri Light"/>
          <w:b/>
          <w:lang w:val="cs-CZ"/>
        </w:rPr>
      </w:r>
    </w:p>
    <w:p>
      <w:pPr>
        <w:pStyle w:val="Normal"/>
        <w:rPr>
          <w:rFonts w:ascii="Calibri Light" w:hAnsi="Calibri Light"/>
          <w:b/>
          <w:lang w:val="cs-CZ"/>
        </w:rPr>
      </w:pPr>
      <w:r>
        <w:rPr>
          <w:rFonts w:ascii="Calibri Light" w:hAnsi="Calibri Light"/>
          <w:b/>
          <w:lang w:val="cs-CZ"/>
        </w:rPr>
      </w:r>
    </w:p>
    <w:p>
      <w:pPr>
        <w:pStyle w:val="Normal"/>
        <w:widowControl/>
        <w:bidi w:val="0"/>
        <w:spacing w:lineRule="auto" w:line="276" w:before="0" w:after="200"/>
        <w:ind w:hanging="0" w:start="-850" w:end="-737"/>
        <w:jc w:val="start"/>
        <w:rPr>
          <w:rFonts w:ascii="Calibri Light" w:hAnsi="Calibri Light"/>
          <w:b/>
          <w:lang w:val="cs-CZ"/>
        </w:rPr>
      </w:pPr>
      <w:r>
        <w:rPr>
          <w:rFonts w:ascii="Calibri Light" w:hAnsi="Calibri Light"/>
          <w:b/>
          <w:lang w:val="cs-CZ"/>
        </w:rPr>
        <w:t>_____________________     ________________________________     ___________________________________</w:t>
      </w:r>
    </w:p>
    <w:p>
      <w:pPr>
        <w:pStyle w:val="Normal"/>
        <w:widowControl/>
        <w:bidi w:val="0"/>
        <w:spacing w:lineRule="auto" w:line="276" w:before="0" w:after="200"/>
        <w:ind w:hanging="0" w:start="-850" w:end="0"/>
        <w:jc w:val="start"/>
        <w:rPr>
          <w:rFonts w:ascii="Calibri Light" w:hAnsi="Calibri Light"/>
          <w:lang w:val="cs-CZ"/>
        </w:rPr>
      </w:pPr>
      <w:r>
        <w:rPr>
          <w:rFonts w:ascii="Calibri Light" w:hAnsi="Calibri Light"/>
          <w:b/>
          <w:lang w:val="cs-CZ"/>
        </w:rPr>
        <w:t xml:space="preserve">               </w:t>
      </w:r>
      <w:r>
        <w:rPr>
          <w:rFonts w:ascii="Calibri Light" w:hAnsi="Calibri Light"/>
          <w:b/>
          <w:lang w:val="cs-CZ"/>
        </w:rPr>
        <w:t>Datum:</w:t>
      </w:r>
      <w:r>
        <w:rPr>
          <w:rFonts w:ascii="Calibri Light" w:hAnsi="Calibri Light"/>
          <w:lang w:val="cs-CZ"/>
        </w:rPr>
        <w:t xml:space="preserve">                                   </w:t>
      </w:r>
      <w:r>
        <w:rPr>
          <w:rFonts w:ascii="Calibri Light" w:hAnsi="Calibri Light"/>
          <w:b/>
          <w:lang w:val="cs-CZ"/>
        </w:rPr>
        <w:t xml:space="preserve">Podpis </w:t>
      </w:r>
      <w:r>
        <w:rPr>
          <w:rFonts w:ascii="Calibri Light" w:hAnsi="Calibri Light"/>
          <w:b/>
          <w:lang w:val="cs-CZ"/>
        </w:rPr>
        <w:t>zákonného zástupce</w:t>
      </w:r>
      <w:r>
        <w:rPr>
          <w:rFonts w:ascii="Calibri Light" w:hAnsi="Calibri Light"/>
          <w:b/>
          <w:lang w:val="cs-CZ"/>
        </w:rPr>
        <w:t xml:space="preserve">:                                  Podpis (Buprko s.r.o.): 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mbria"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ourier">
    <w:altName w:val="Courier New"/>
    <w:charset w:val="ee" w:characterSet="windows-1250"/>
    <w:family w:val="roman"/>
    <w:pitch w:val="variable"/>
  </w:font>
  <w:font w:name="OpenSymbol">
    <w:altName w:val="Arial Unicode MS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Calibri Light">
    <w:charset w:val="ee" w:characterSet="windows-1250"/>
    <w:family w:val="swiss"/>
    <w:pitch w:val="variable"/>
  </w:font>
  <w:font w:name="Calibri Light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suppressAutoHyphens w:val="true"/>
      <w:bidi w:val="0"/>
      <w:spacing w:lineRule="auto" w:line="276" w:before="0" w:after="20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Lucida Sans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suppressAutoHyphens w:val="true"/>
      <w:bidi w:val="0"/>
      <w:spacing w:lineRule="auto" w:line="240" w:before="0" w:after="0"/>
      <w:jc w:val="start"/>
    </w:pPr>
    <w:rPr>
      <w:rFonts w:ascii="Cambria" w:hAnsi="Cambria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suppressAutoHyphens w:val="true"/>
      <w:bidi w:val="0"/>
      <w:spacing w:lineRule="auto" w:line="276" w:before="0" w:after="200"/>
      <w:jc w:val="start"/>
    </w:pPr>
    <w:rPr>
      <w:rFonts w:ascii="Courier" w:hAnsi="Courier" w:eastAsia="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Nadpis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Application>LibreOffice/25.8.5.2$Windows_X86_64 LibreOffice_project/9c8b85f387cc00a89945a79c9e6239f32e450ac2</Application>
  <AppVersion>15.0000</AppVersion>
  <Pages>2</Pages>
  <Words>181</Words>
  <Characters>1706</Characters>
  <CharactersWithSpaces>2015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cs-CZ</dc:language>
  <cp:lastModifiedBy/>
  <dcterms:modified xsi:type="dcterms:W3CDTF">2026-04-08T10:46:33Z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